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877A3" w14:textId="171C64D1" w:rsidR="00FD7500" w:rsidRPr="00FD7500" w:rsidRDefault="00FD7500" w:rsidP="00FD7500">
      <w:pPr>
        <w:pStyle w:val="Titlu1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t-IT"/>
        </w:rPr>
      </w:pPr>
      <w:r w:rsidRPr="00FD750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it-IT"/>
        </w:rPr>
        <w:t>Nr. 5006/20.08.2026</w:t>
      </w:r>
    </w:p>
    <w:p w14:paraId="5C11CC30" w14:textId="58022B00" w:rsidR="00B22037" w:rsidRDefault="00CC6C44" w:rsidP="00295916">
      <w:pPr>
        <w:pStyle w:val="Titlu1"/>
        <w:jc w:val="center"/>
        <w:rPr>
          <w:rFonts w:ascii="Times New Roman" w:hAnsi="Times New Roman" w:cs="Times New Roman"/>
          <w:color w:val="auto"/>
          <w:lang w:val="it-IT"/>
        </w:rPr>
      </w:pPr>
      <w:r w:rsidRPr="00295916">
        <w:rPr>
          <w:rFonts w:ascii="Times New Roman" w:hAnsi="Times New Roman" w:cs="Times New Roman"/>
          <w:color w:val="auto"/>
          <w:lang w:val="it-IT"/>
        </w:rPr>
        <w:t>ANUNȚ</w:t>
      </w:r>
    </w:p>
    <w:p w14:paraId="0EF5BC10" w14:textId="77777777" w:rsidR="00295916" w:rsidRPr="00295916" w:rsidRDefault="00295916" w:rsidP="00295916">
      <w:pPr>
        <w:rPr>
          <w:lang w:val="it-IT"/>
        </w:rPr>
      </w:pPr>
    </w:p>
    <w:p w14:paraId="6BFD8B49" w14:textId="00F11721" w:rsidR="007B1859" w:rsidRDefault="007B1859" w:rsidP="007B18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Comuna Pianu, județul Alba, cu sediul în Pianu de Sus, Str. Principală nr. 94, cod poștal 517535, telefon 0258-761111, fax 0258-761111, e-mail: </w:t>
      </w:r>
      <w:hyperlink r:id="rId6" w:history="1">
        <w:r w:rsidRPr="00295916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primariacomuneipianu@yahoo.com</w:t>
        </w:r>
      </w:hyperlink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, organizează licitație publică deschisă cu strigare pentru vânzarea a </w:t>
      </w:r>
      <w:r w:rsidR="00FD7500">
        <w:rPr>
          <w:rFonts w:ascii="Times New Roman" w:hAnsi="Times New Roman" w:cs="Times New Roman"/>
          <w:sz w:val="24"/>
          <w:szCs w:val="24"/>
          <w:lang w:val="it-IT"/>
        </w:rPr>
        <w:t>7</w:t>
      </w:r>
      <w:r w:rsidRPr="002E1854">
        <w:rPr>
          <w:rFonts w:ascii="Times New Roman" w:hAnsi="Times New Roman" w:cs="Times New Roman"/>
          <w:sz w:val="24"/>
          <w:szCs w:val="24"/>
          <w:lang w:val="it-IT"/>
        </w:rPr>
        <w:t xml:space="preserve"> loturi de teren având o suprafață totală de </w:t>
      </w:r>
      <w:r w:rsidR="00DE2E49" w:rsidRPr="00DE2E49">
        <w:rPr>
          <w:rFonts w:ascii="Times New Roman" w:hAnsi="Times New Roman" w:cs="Times New Roman"/>
          <w:sz w:val="24"/>
          <w:szCs w:val="24"/>
          <w:lang w:val="it-IT"/>
        </w:rPr>
        <w:t>40.970 mp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, situate în localitatea Pianu de Jos, </w:t>
      </w:r>
      <w:r>
        <w:rPr>
          <w:rFonts w:ascii="Times New Roman" w:hAnsi="Times New Roman" w:cs="Times New Roman"/>
          <w:sz w:val="24"/>
          <w:szCs w:val="24"/>
          <w:lang w:val="it-IT"/>
        </w:rPr>
        <w:t>Z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ONA „TEREN GOLF”,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proprietate privată a Comunei Pianu, conform </w:t>
      </w:r>
      <w:r w:rsidR="00DE2E49" w:rsidRPr="00DE2E49">
        <w:rPr>
          <w:rFonts w:ascii="Times New Roman" w:hAnsi="Times New Roman" w:cs="Times New Roman"/>
          <w:sz w:val="24"/>
          <w:szCs w:val="24"/>
          <w:lang w:val="it-IT"/>
        </w:rPr>
        <w:t>69 din 17.08.2026 și OUG 57/2019</w:t>
      </w:r>
      <w:r w:rsidRPr="00DE2E49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789506B6" w14:textId="77777777" w:rsidR="00A74C29" w:rsidRPr="00A74C29" w:rsidRDefault="007B1859" w:rsidP="00A74C2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 w:rsidRPr="00295916">
        <w:rPr>
          <w:rFonts w:ascii="Times New Roman" w:hAnsi="Times New Roman" w:cs="Times New Roman"/>
          <w:sz w:val="24"/>
          <w:szCs w:val="24"/>
          <w:lang w:val="it-IT"/>
        </w:rPr>
        <w:br/>
      </w:r>
      <w:r w:rsidR="00A74C29" w:rsidRPr="00A74C29">
        <w:rPr>
          <w:rFonts w:ascii="Times New Roman" w:hAnsi="Times New Roman" w:cs="Times New Roman"/>
          <w:sz w:val="24"/>
          <w:szCs w:val="24"/>
          <w:lang w:val="it-IT"/>
        </w:rPr>
        <w:t xml:space="preserve">Preț de pornire: </w:t>
      </w:r>
      <w:r w:rsidR="00A74C29" w:rsidRPr="00A74C29">
        <w:rPr>
          <w:rFonts w:ascii="Times New Roman" w:hAnsi="Times New Roman" w:cs="Times New Roman"/>
          <w:b/>
          <w:bCs/>
          <w:sz w:val="24"/>
          <w:szCs w:val="24"/>
          <w:lang w:val="it-IT"/>
        </w:rPr>
        <w:t>6 euro/mp</w:t>
      </w:r>
      <w:r w:rsidR="00A74C29" w:rsidRPr="00A74C29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A74C29" w:rsidRPr="002E1854">
        <w:t xml:space="preserve"> </w:t>
      </w:r>
      <w:r w:rsidR="00A74C29" w:rsidRPr="00A74C29">
        <w:rPr>
          <w:rFonts w:ascii="Times New Roman" w:hAnsi="Times New Roman" w:cs="Times New Roman"/>
          <w:sz w:val="24"/>
          <w:szCs w:val="24"/>
          <w:lang w:val="it-IT"/>
        </w:rPr>
        <w:t>la care se adaugă TVA-ul,  preț stabilit conform Raportului de evaluare nr. 784/17.12.2024 întocmit de evaluator autorizat ANEVAR.</w:t>
      </w:r>
    </w:p>
    <w:p w14:paraId="2B29AC33" w14:textId="082F5A66" w:rsidR="007B1859" w:rsidRDefault="00A74C29" w:rsidP="00A74C2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 w:rsidRPr="00285DE6">
        <w:rPr>
          <w:rFonts w:ascii="Times New Roman" w:hAnsi="Times New Roman" w:cs="Times New Roman"/>
          <w:sz w:val="24"/>
          <w:szCs w:val="24"/>
          <w:lang w:val="it-IT"/>
        </w:rPr>
        <w:br/>
      </w:r>
      <w:r w:rsidR="007B1859" w:rsidRPr="00295916">
        <w:rPr>
          <w:rFonts w:ascii="Times New Roman" w:hAnsi="Times New Roman" w:cs="Times New Roman"/>
          <w:sz w:val="24"/>
          <w:szCs w:val="24"/>
          <w:lang w:val="it-IT"/>
        </w:rPr>
        <w:br/>
        <w:t>Criteriul de atribuire: cel mai mare preț oferit peste prețul de pornire.</w:t>
      </w:r>
    </w:p>
    <w:p w14:paraId="2C3F941D" w14:textId="78EAF7FD" w:rsidR="00A74C29" w:rsidRDefault="007B1859" w:rsidP="00A74C2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 w:rsidRPr="00295916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95916">
        <w:rPr>
          <w:rFonts w:ascii="Times New Roman" w:hAnsi="Times New Roman" w:cs="Times New Roman"/>
          <w:b/>
          <w:bCs/>
          <w:sz w:val="24"/>
          <w:szCs w:val="24"/>
          <w:lang w:val="it-IT"/>
        </w:rPr>
        <w:t>Condiții de participare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>: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br/>
      </w:r>
      <w:r w:rsidR="00A74C2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="00A74C29"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Depunerea ofertei la registratura Primăriei Comunei Pianu, până la data de </w:t>
      </w:r>
      <w:r w:rsidR="00A74C29" w:rsidRPr="00167F2D">
        <w:rPr>
          <w:rFonts w:ascii="Times New Roman" w:hAnsi="Times New Roman" w:cs="Times New Roman"/>
          <w:sz w:val="24"/>
          <w:szCs w:val="24"/>
          <w:lang w:val="it-IT"/>
        </w:rPr>
        <w:t>2</w:t>
      </w:r>
      <w:r w:rsidR="00A74C29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A74C29" w:rsidRPr="00167F2D">
        <w:rPr>
          <w:rFonts w:ascii="Times New Roman" w:hAnsi="Times New Roman" w:cs="Times New Roman"/>
          <w:sz w:val="24"/>
          <w:szCs w:val="24"/>
          <w:lang w:val="it-IT"/>
        </w:rPr>
        <w:t>.0</w:t>
      </w:r>
      <w:r w:rsidR="00A74C29">
        <w:rPr>
          <w:rFonts w:ascii="Times New Roman" w:hAnsi="Times New Roman" w:cs="Times New Roman"/>
          <w:sz w:val="24"/>
          <w:szCs w:val="24"/>
          <w:lang w:val="it-IT"/>
        </w:rPr>
        <w:t>9</w:t>
      </w:r>
      <w:r w:rsidR="00A74C29" w:rsidRPr="00167F2D">
        <w:rPr>
          <w:rFonts w:ascii="Times New Roman" w:hAnsi="Times New Roman" w:cs="Times New Roman"/>
          <w:sz w:val="24"/>
          <w:szCs w:val="24"/>
          <w:lang w:val="it-IT"/>
        </w:rPr>
        <w:t>.2026 ora : 14:00</w:t>
      </w:r>
      <w:r w:rsidR="00A74C29" w:rsidRPr="00295916">
        <w:rPr>
          <w:rFonts w:ascii="Times New Roman" w:hAnsi="Times New Roman" w:cs="Times New Roman"/>
          <w:sz w:val="24"/>
          <w:szCs w:val="24"/>
          <w:lang w:val="it-IT"/>
        </w:rPr>
        <w:t>, în plic sigilat, conform documentației de atribuire.</w:t>
      </w:r>
      <w:r w:rsidR="00A74C29" w:rsidRPr="00295916">
        <w:rPr>
          <w:rFonts w:ascii="Times New Roman" w:hAnsi="Times New Roman" w:cs="Times New Roman"/>
          <w:sz w:val="24"/>
          <w:szCs w:val="24"/>
          <w:lang w:val="it-IT"/>
        </w:rPr>
        <w:br/>
      </w:r>
      <w:r w:rsidR="00A74C2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74C29" w:rsidRPr="00295916">
        <w:rPr>
          <w:rFonts w:ascii="Times New Roman" w:hAnsi="Times New Roman" w:cs="Times New Roman"/>
          <w:sz w:val="24"/>
          <w:szCs w:val="24"/>
          <w:lang w:val="it-IT"/>
        </w:rPr>
        <w:t>- Plata taxei de participare: 200 lei (nerambursabilă).</w:t>
      </w:r>
      <w:r w:rsidR="00A74C29" w:rsidRPr="00295916">
        <w:rPr>
          <w:rFonts w:ascii="Times New Roman" w:hAnsi="Times New Roman" w:cs="Times New Roman"/>
          <w:sz w:val="24"/>
          <w:szCs w:val="24"/>
          <w:lang w:val="it-IT"/>
        </w:rPr>
        <w:br/>
      </w:r>
      <w:r w:rsidR="00A74C2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74C29"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- Depunerea garanției de participare: 10% din valoarea de piață a </w:t>
      </w:r>
      <w:r w:rsidR="00A74C29">
        <w:rPr>
          <w:rFonts w:ascii="Times New Roman" w:hAnsi="Times New Roman" w:cs="Times New Roman"/>
          <w:sz w:val="24"/>
          <w:szCs w:val="24"/>
          <w:lang w:val="it-IT"/>
        </w:rPr>
        <w:t xml:space="preserve">lotului </w:t>
      </w:r>
      <w:r w:rsidR="00A74C29" w:rsidRPr="00295916">
        <w:rPr>
          <w:rFonts w:ascii="Times New Roman" w:hAnsi="Times New Roman" w:cs="Times New Roman"/>
          <w:sz w:val="24"/>
          <w:szCs w:val="24"/>
          <w:lang w:val="it-IT"/>
        </w:rPr>
        <w:t>vizat.</w:t>
      </w:r>
    </w:p>
    <w:p w14:paraId="73B3721D" w14:textId="77777777" w:rsidR="0055306A" w:rsidRDefault="007B1859" w:rsidP="0055306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 w:rsidRPr="00295916">
        <w:rPr>
          <w:rFonts w:ascii="Times New Roman" w:hAnsi="Times New Roman" w:cs="Times New Roman"/>
          <w:sz w:val="24"/>
          <w:szCs w:val="24"/>
          <w:lang w:val="it-IT"/>
        </w:rPr>
        <w:br/>
      </w:r>
      <w:r w:rsidR="0055306A" w:rsidRPr="00295916">
        <w:rPr>
          <w:rFonts w:ascii="Times New Roman" w:hAnsi="Times New Roman" w:cs="Times New Roman"/>
          <w:b/>
          <w:bCs/>
          <w:sz w:val="24"/>
          <w:szCs w:val="24"/>
          <w:lang w:val="it-IT"/>
        </w:rPr>
        <w:t>Ședința de deschidere a ofertelor</w:t>
      </w:r>
      <w:r w:rsidR="0055306A"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: </w:t>
      </w:r>
      <w:bookmarkStart w:id="0" w:name="_Hlk214615728"/>
      <w:r w:rsidR="0055306A">
        <w:rPr>
          <w:rFonts w:ascii="Times New Roman" w:hAnsi="Times New Roman" w:cs="Times New Roman"/>
          <w:sz w:val="24"/>
          <w:szCs w:val="24"/>
          <w:lang w:val="it-IT"/>
        </w:rPr>
        <w:t>22</w:t>
      </w:r>
      <w:r w:rsidR="0055306A" w:rsidRPr="00295916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55306A">
        <w:rPr>
          <w:rFonts w:ascii="Times New Roman" w:hAnsi="Times New Roman" w:cs="Times New Roman"/>
          <w:sz w:val="24"/>
          <w:szCs w:val="24"/>
          <w:lang w:val="it-IT"/>
        </w:rPr>
        <w:t>09</w:t>
      </w:r>
      <w:r w:rsidR="0055306A" w:rsidRPr="00295916">
        <w:rPr>
          <w:rFonts w:ascii="Times New Roman" w:hAnsi="Times New Roman" w:cs="Times New Roman"/>
          <w:sz w:val="24"/>
          <w:szCs w:val="24"/>
          <w:lang w:val="it-IT"/>
        </w:rPr>
        <w:t>.202</w:t>
      </w:r>
      <w:r w:rsidR="0055306A"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55306A"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, ora </w:t>
      </w:r>
      <w:r w:rsidR="0055306A">
        <w:rPr>
          <w:rFonts w:ascii="Times New Roman" w:hAnsi="Times New Roman" w:cs="Times New Roman"/>
          <w:sz w:val="24"/>
          <w:szCs w:val="24"/>
          <w:lang w:val="it-IT"/>
        </w:rPr>
        <w:t>10</w:t>
      </w:r>
      <w:r w:rsidR="0055306A" w:rsidRPr="00295916">
        <w:rPr>
          <w:rFonts w:ascii="Times New Roman" w:hAnsi="Times New Roman" w:cs="Times New Roman"/>
          <w:sz w:val="24"/>
          <w:szCs w:val="24"/>
          <w:lang w:val="it-IT"/>
        </w:rPr>
        <w:t>:</w:t>
      </w:r>
      <w:r w:rsidR="0055306A">
        <w:rPr>
          <w:rFonts w:ascii="Times New Roman" w:hAnsi="Times New Roman" w:cs="Times New Roman"/>
          <w:sz w:val="24"/>
          <w:szCs w:val="24"/>
          <w:lang w:val="it-IT"/>
        </w:rPr>
        <w:t>3</w:t>
      </w:r>
      <w:r w:rsidR="0055306A" w:rsidRPr="00295916">
        <w:rPr>
          <w:rFonts w:ascii="Times New Roman" w:hAnsi="Times New Roman" w:cs="Times New Roman"/>
          <w:sz w:val="24"/>
          <w:szCs w:val="24"/>
          <w:lang w:val="it-IT"/>
        </w:rPr>
        <w:t>0</w:t>
      </w:r>
      <w:bookmarkEnd w:id="0"/>
      <w:r w:rsidR="0055306A"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, la sediul Primăriei Comunei Pianu, sat Pianu de </w:t>
      </w:r>
      <w:r w:rsidR="0055306A">
        <w:rPr>
          <w:rFonts w:ascii="Times New Roman" w:hAnsi="Times New Roman" w:cs="Times New Roman"/>
          <w:sz w:val="24"/>
          <w:szCs w:val="24"/>
          <w:lang w:val="it-IT"/>
        </w:rPr>
        <w:t>Sus, str. Principală, nr. 94, comuna Pianu,</w:t>
      </w:r>
      <w:r w:rsidR="0055306A"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 județul Alba</w:t>
      </w:r>
      <w:r w:rsidR="0055306A">
        <w:rPr>
          <w:rFonts w:ascii="Times New Roman" w:hAnsi="Times New Roman" w:cs="Times New Roman"/>
          <w:sz w:val="24"/>
          <w:szCs w:val="24"/>
          <w:lang w:val="it-IT"/>
        </w:rPr>
        <w:t>, Sala de ședinte.</w:t>
      </w:r>
    </w:p>
    <w:p w14:paraId="763FCD7A" w14:textId="462DC6A2" w:rsidR="007B1859" w:rsidRDefault="007B1859" w:rsidP="007B185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</w:p>
    <w:p w14:paraId="08BAA774" w14:textId="4820A448" w:rsidR="007B1859" w:rsidRPr="00226BFE" w:rsidRDefault="007B1859" w:rsidP="007B1859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 w:rsidRPr="00295916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95916">
        <w:rPr>
          <w:rFonts w:ascii="Times New Roman" w:hAnsi="Times New Roman" w:cs="Times New Roman"/>
          <w:b/>
          <w:bCs/>
          <w:sz w:val="24"/>
          <w:szCs w:val="24"/>
          <w:lang w:val="it-IT"/>
        </w:rPr>
        <w:t>Calendar procedural:</w:t>
      </w:r>
      <w:r w:rsidRPr="00295916">
        <w:rPr>
          <w:rFonts w:ascii="Times New Roman" w:hAnsi="Times New Roman" w:cs="Times New Roman"/>
          <w:b/>
          <w:bCs/>
          <w:sz w:val="24"/>
          <w:szCs w:val="24"/>
          <w:lang w:val="it-IT"/>
        </w:rPr>
        <w:br/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it-IT"/>
        </w:rPr>
        <w:t>Pu</w:t>
      </w:r>
      <w:r w:rsidR="00ED761E">
        <w:rPr>
          <w:rFonts w:ascii="Times New Roman" w:hAnsi="Times New Roman" w:cs="Times New Roman"/>
          <w:sz w:val="24"/>
          <w:szCs w:val="24"/>
          <w:lang w:val="it-IT"/>
        </w:rPr>
        <w:t>b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licarea anunțului: </w:t>
      </w:r>
      <w:r w:rsidRPr="00167F2D">
        <w:rPr>
          <w:rFonts w:ascii="Times New Roman" w:hAnsi="Times New Roman" w:cs="Times New Roman"/>
          <w:sz w:val="24"/>
          <w:szCs w:val="24"/>
          <w:lang w:val="it-IT"/>
        </w:rPr>
        <w:t>2</w:t>
      </w:r>
      <w:r w:rsidR="004877C6">
        <w:rPr>
          <w:rFonts w:ascii="Times New Roman" w:hAnsi="Times New Roman" w:cs="Times New Roman"/>
          <w:sz w:val="24"/>
          <w:szCs w:val="24"/>
          <w:lang w:val="it-IT"/>
        </w:rPr>
        <w:t>4</w:t>
      </w:r>
      <w:r w:rsidRPr="00167F2D">
        <w:rPr>
          <w:rFonts w:ascii="Times New Roman" w:hAnsi="Times New Roman" w:cs="Times New Roman"/>
          <w:sz w:val="24"/>
          <w:szCs w:val="24"/>
          <w:lang w:val="it-IT"/>
        </w:rPr>
        <w:t>.0</w:t>
      </w:r>
      <w:r w:rsidR="00FD7500">
        <w:rPr>
          <w:rFonts w:ascii="Times New Roman" w:hAnsi="Times New Roman" w:cs="Times New Roman"/>
          <w:sz w:val="24"/>
          <w:szCs w:val="24"/>
          <w:lang w:val="it-IT"/>
        </w:rPr>
        <w:t>8</w:t>
      </w:r>
      <w:r w:rsidRPr="00167F2D">
        <w:rPr>
          <w:rFonts w:ascii="Times New Roman" w:hAnsi="Times New Roman" w:cs="Times New Roman"/>
          <w:sz w:val="24"/>
          <w:szCs w:val="24"/>
          <w:lang w:val="it-IT"/>
        </w:rPr>
        <w:t>.2026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>- Termen limită primire clarificări din partea ofertanților: 0</w:t>
      </w:r>
      <w:r w:rsidR="004877C6" w:rsidRPr="00226BFE">
        <w:rPr>
          <w:rFonts w:ascii="Times New Roman" w:hAnsi="Times New Roman" w:cs="Times New Roman"/>
          <w:sz w:val="24"/>
          <w:szCs w:val="24"/>
          <w:lang w:val="it-IT"/>
        </w:rPr>
        <w:t>9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>.0</w:t>
      </w:r>
      <w:r w:rsidR="004877C6" w:rsidRPr="00226BFE">
        <w:rPr>
          <w:rFonts w:ascii="Times New Roman" w:hAnsi="Times New Roman" w:cs="Times New Roman"/>
          <w:sz w:val="24"/>
          <w:szCs w:val="24"/>
          <w:lang w:val="it-IT"/>
        </w:rPr>
        <w:t>9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>.2026.</w:t>
      </w:r>
    </w:p>
    <w:p w14:paraId="7BB6B06E" w14:textId="3BA6FBB6" w:rsidR="007B1859" w:rsidRPr="00226BFE" w:rsidRDefault="007B1859" w:rsidP="007B18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26BFE">
        <w:rPr>
          <w:rFonts w:ascii="Times New Roman" w:hAnsi="Times New Roman" w:cs="Times New Roman"/>
          <w:sz w:val="24"/>
          <w:szCs w:val="24"/>
          <w:lang w:val="it-IT"/>
        </w:rPr>
        <w:t>- Termen limită răspuns clarificări din partea autorității contractante: 1</w:t>
      </w:r>
      <w:r w:rsidR="004877C6" w:rsidRPr="00226BFE">
        <w:rPr>
          <w:rFonts w:ascii="Times New Roman" w:hAnsi="Times New Roman" w:cs="Times New Roman"/>
          <w:sz w:val="24"/>
          <w:szCs w:val="24"/>
          <w:lang w:val="it-IT"/>
        </w:rPr>
        <w:t>5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>.0</w:t>
      </w:r>
      <w:r w:rsidR="004877C6" w:rsidRPr="00226BFE">
        <w:rPr>
          <w:rFonts w:ascii="Times New Roman" w:hAnsi="Times New Roman" w:cs="Times New Roman"/>
          <w:sz w:val="24"/>
          <w:szCs w:val="24"/>
          <w:lang w:val="it-IT"/>
        </w:rPr>
        <w:t>9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 xml:space="preserve">.2026. 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br/>
        <w:t>- Termen limită depunere oferte: 2</w:t>
      </w:r>
      <w:r w:rsidR="004877C6" w:rsidRPr="00226BFE">
        <w:rPr>
          <w:rFonts w:ascii="Times New Roman" w:hAnsi="Times New Roman" w:cs="Times New Roman"/>
          <w:sz w:val="24"/>
          <w:szCs w:val="24"/>
          <w:lang w:val="it-IT"/>
        </w:rPr>
        <w:t>1.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>0</w:t>
      </w:r>
      <w:r w:rsidR="004877C6" w:rsidRPr="00226BFE">
        <w:rPr>
          <w:rFonts w:ascii="Times New Roman" w:hAnsi="Times New Roman" w:cs="Times New Roman"/>
          <w:sz w:val="24"/>
          <w:szCs w:val="24"/>
          <w:lang w:val="it-IT"/>
        </w:rPr>
        <w:t>9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>.2026 ora 14:00.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br/>
        <w:t>- Deschiderea ofertelor: 2</w:t>
      </w:r>
      <w:r w:rsidR="004877C6" w:rsidRPr="00226BFE">
        <w:rPr>
          <w:rFonts w:ascii="Times New Roman" w:hAnsi="Times New Roman" w:cs="Times New Roman"/>
          <w:sz w:val="24"/>
          <w:szCs w:val="24"/>
          <w:lang w:val="it-IT"/>
        </w:rPr>
        <w:t>2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>.0</w:t>
      </w:r>
      <w:r w:rsidR="004877C6" w:rsidRPr="00226BFE">
        <w:rPr>
          <w:rFonts w:ascii="Times New Roman" w:hAnsi="Times New Roman" w:cs="Times New Roman"/>
          <w:sz w:val="24"/>
          <w:szCs w:val="24"/>
          <w:lang w:val="it-IT"/>
        </w:rPr>
        <w:t>9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 xml:space="preserve">.2026 ora </w:t>
      </w:r>
      <w:r w:rsidR="004877C6" w:rsidRPr="00226BFE">
        <w:rPr>
          <w:rFonts w:ascii="Times New Roman" w:hAnsi="Times New Roman" w:cs="Times New Roman"/>
          <w:sz w:val="24"/>
          <w:szCs w:val="24"/>
          <w:lang w:val="it-IT"/>
        </w:rPr>
        <w:t>10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>:</w:t>
      </w:r>
      <w:r w:rsidR="004877C6" w:rsidRPr="00226BFE">
        <w:rPr>
          <w:rFonts w:ascii="Times New Roman" w:hAnsi="Times New Roman" w:cs="Times New Roman"/>
          <w:sz w:val="24"/>
          <w:szCs w:val="24"/>
          <w:lang w:val="it-IT"/>
        </w:rPr>
        <w:t>3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>0.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br/>
        <w:t>- Licitația cu strigare: începând cu 2</w:t>
      </w:r>
      <w:r w:rsidR="004877C6" w:rsidRPr="00226BFE">
        <w:rPr>
          <w:rFonts w:ascii="Times New Roman" w:hAnsi="Times New Roman" w:cs="Times New Roman"/>
          <w:sz w:val="24"/>
          <w:szCs w:val="24"/>
          <w:lang w:val="it-IT"/>
        </w:rPr>
        <w:t>2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>.0</w:t>
      </w:r>
      <w:r w:rsidR="004877C6" w:rsidRPr="00226BFE">
        <w:rPr>
          <w:rFonts w:ascii="Times New Roman" w:hAnsi="Times New Roman" w:cs="Times New Roman"/>
          <w:sz w:val="24"/>
          <w:szCs w:val="24"/>
          <w:lang w:val="it-IT"/>
        </w:rPr>
        <w:t>9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 xml:space="preserve">.2026 ora </w:t>
      </w:r>
      <w:r w:rsidR="004877C6" w:rsidRPr="00226BFE">
        <w:rPr>
          <w:rFonts w:ascii="Times New Roman" w:hAnsi="Times New Roman" w:cs="Times New Roman"/>
          <w:sz w:val="24"/>
          <w:szCs w:val="24"/>
          <w:lang w:val="it-IT"/>
        </w:rPr>
        <w:t>10</w:t>
      </w:r>
      <w:r w:rsidRPr="00226BFE">
        <w:rPr>
          <w:rFonts w:ascii="Times New Roman" w:hAnsi="Times New Roman" w:cs="Times New Roman"/>
          <w:sz w:val="24"/>
          <w:szCs w:val="24"/>
          <w:lang w:val="it-IT"/>
        </w:rPr>
        <w:t>:30</w:t>
      </w:r>
    </w:p>
    <w:p w14:paraId="2A9B5B02" w14:textId="77777777" w:rsidR="007B1859" w:rsidRDefault="007B1859" w:rsidP="007B18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37110">
        <w:rPr>
          <w:rFonts w:ascii="Times New Roman" w:hAnsi="Times New Roman" w:cs="Times New Roman"/>
          <w:color w:val="EE0000"/>
          <w:sz w:val="24"/>
          <w:szCs w:val="24"/>
          <w:lang w:val="it-IT"/>
        </w:rPr>
        <w:br/>
      </w:r>
      <w:r w:rsidRPr="00295916">
        <w:rPr>
          <w:rFonts w:ascii="Times New Roman" w:hAnsi="Times New Roman" w:cs="Times New Roman"/>
          <w:b/>
          <w:bCs/>
          <w:sz w:val="24"/>
          <w:szCs w:val="24"/>
          <w:lang w:val="it-IT"/>
        </w:rPr>
        <w:t>Documentația de atribuire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 se poate obține de la sediul Primăriei Comunei Pianu sau de pe site-ul </w:t>
      </w:r>
      <w:hyperlink r:id="rId7" w:history="1">
        <w:r w:rsidRPr="00295916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www.comunapianu.ro</w:t>
        </w:r>
      </w:hyperlink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 .</w:t>
      </w:r>
    </w:p>
    <w:p w14:paraId="24FF16B2" w14:textId="77777777" w:rsidR="007B1859" w:rsidRPr="00295916" w:rsidRDefault="007B1859" w:rsidP="007B18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95916">
        <w:rPr>
          <w:rFonts w:ascii="Times New Roman" w:hAnsi="Times New Roman" w:cs="Times New Roman"/>
          <w:sz w:val="24"/>
          <w:szCs w:val="24"/>
          <w:lang w:val="it-IT"/>
        </w:rPr>
        <w:br/>
        <w:t xml:space="preserve">Informații suplimentare se pot solicita la telefon 0258-761111 sau e-mail </w:t>
      </w:r>
      <w:hyperlink r:id="rId8" w:history="1">
        <w:r w:rsidRPr="00295916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primariacomuneipianu@yahoo.com</w:t>
        </w:r>
      </w:hyperlink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 .</w:t>
      </w:r>
    </w:p>
    <w:p w14:paraId="31D33EF4" w14:textId="76E6562B" w:rsidR="00B22037" w:rsidRPr="00295916" w:rsidRDefault="00B22037" w:rsidP="007B185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</w:p>
    <w:sectPr w:rsidR="00B22037" w:rsidRPr="00295916" w:rsidSect="00FB7C81">
      <w:pgSz w:w="12240" w:h="15840"/>
      <w:pgMar w:top="1440" w:right="1041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8948374">
    <w:abstractNumId w:val="8"/>
  </w:num>
  <w:num w:numId="2" w16cid:durableId="1541747181">
    <w:abstractNumId w:val="6"/>
  </w:num>
  <w:num w:numId="3" w16cid:durableId="446001058">
    <w:abstractNumId w:val="5"/>
  </w:num>
  <w:num w:numId="4" w16cid:durableId="441805043">
    <w:abstractNumId w:val="4"/>
  </w:num>
  <w:num w:numId="5" w16cid:durableId="1664629007">
    <w:abstractNumId w:val="7"/>
  </w:num>
  <w:num w:numId="6" w16cid:durableId="891963232">
    <w:abstractNumId w:val="3"/>
  </w:num>
  <w:num w:numId="7" w16cid:durableId="2041933483">
    <w:abstractNumId w:val="2"/>
  </w:num>
  <w:num w:numId="8" w16cid:durableId="1449734431">
    <w:abstractNumId w:val="1"/>
  </w:num>
  <w:num w:numId="9" w16cid:durableId="1173186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B10"/>
    <w:rsid w:val="00034616"/>
    <w:rsid w:val="0006063C"/>
    <w:rsid w:val="000A0540"/>
    <w:rsid w:val="0015074B"/>
    <w:rsid w:val="001C31BF"/>
    <w:rsid w:val="00226BFE"/>
    <w:rsid w:val="002313DB"/>
    <w:rsid w:val="00295916"/>
    <w:rsid w:val="0029639D"/>
    <w:rsid w:val="00326F90"/>
    <w:rsid w:val="00385902"/>
    <w:rsid w:val="00436DC9"/>
    <w:rsid w:val="0046101D"/>
    <w:rsid w:val="0046421B"/>
    <w:rsid w:val="00476B3D"/>
    <w:rsid w:val="00482A17"/>
    <w:rsid w:val="004877C6"/>
    <w:rsid w:val="00491F00"/>
    <w:rsid w:val="0053253C"/>
    <w:rsid w:val="00551D9F"/>
    <w:rsid w:val="0055306A"/>
    <w:rsid w:val="005C62E8"/>
    <w:rsid w:val="006114D1"/>
    <w:rsid w:val="00644490"/>
    <w:rsid w:val="00686B23"/>
    <w:rsid w:val="00701965"/>
    <w:rsid w:val="007258C1"/>
    <w:rsid w:val="00737110"/>
    <w:rsid w:val="007B1859"/>
    <w:rsid w:val="007D242F"/>
    <w:rsid w:val="008060FF"/>
    <w:rsid w:val="00954863"/>
    <w:rsid w:val="00996FDF"/>
    <w:rsid w:val="009A53A1"/>
    <w:rsid w:val="009F77C2"/>
    <w:rsid w:val="00A74C29"/>
    <w:rsid w:val="00A8227B"/>
    <w:rsid w:val="00AA1D8D"/>
    <w:rsid w:val="00B22037"/>
    <w:rsid w:val="00B3529E"/>
    <w:rsid w:val="00B47730"/>
    <w:rsid w:val="00CB0664"/>
    <w:rsid w:val="00CB4BB3"/>
    <w:rsid w:val="00CC56BC"/>
    <w:rsid w:val="00CC6C44"/>
    <w:rsid w:val="00D6771E"/>
    <w:rsid w:val="00DE2E49"/>
    <w:rsid w:val="00E60A12"/>
    <w:rsid w:val="00ED761E"/>
    <w:rsid w:val="00FB7C81"/>
    <w:rsid w:val="00FC693F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6EC944"/>
  <w14:defaultImageDpi w14:val="300"/>
  <w15:docId w15:val="{10764084-E8DA-4DC5-B314-486108C9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deparagrafimplicit"/>
    <w:uiPriority w:val="99"/>
    <w:unhideWhenUsed/>
    <w:rsid w:val="00E60A12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60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comuneipianu@yahoo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munapianu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comuneipianu@yahoo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Mihai Carut</cp:lastModifiedBy>
  <cp:revision>17</cp:revision>
  <cp:lastPrinted>2025-11-21T07:09:00Z</cp:lastPrinted>
  <dcterms:created xsi:type="dcterms:W3CDTF">2026-04-22T06:34:00Z</dcterms:created>
  <dcterms:modified xsi:type="dcterms:W3CDTF">2026-08-24T09:53:00Z</dcterms:modified>
  <cp:category/>
</cp:coreProperties>
</file>